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rFonts w:ascii="Arial" w:hAnsi="Arial"/>
          <w:b/>
          <w:sz w:val="28"/>
        </w:rPr>
        <w:t>FORMULÁŘ PRO REKLAMACI</w:t>
      </w:r>
    </w:p>
    <w:p>
      <w:pPr>
        <w:spacing w:after="120" w:line="240" w:lineRule="auto"/>
      </w:pPr>
      <w:r>
        <w:rPr>
          <w:rFonts w:ascii="Arial" w:hAnsi="Arial"/>
          <w:b w:val="0"/>
          <w:sz w:val="18"/>
        </w:rPr>
        <w:t>Adresát: Robert Daněk, IČO 60386631, Dušínova 1803/80, 664 34 Kuřim, Česká republika, e-mail: danekrobert@gmail.com</w:t>
      </w:r>
    </w:p>
    <w:p>
      <w:pPr>
        <w:spacing w:after="120" w:line="240" w:lineRule="auto"/>
      </w:pPr>
      <w:r>
        <w:rPr>
          <w:rFonts w:ascii="Arial" w:hAnsi="Arial"/>
          <w:b/>
          <w:sz w:val="18"/>
        </w:rPr>
        <w:t>Uplatnění reklamace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0"/>
        <w:gridCol w:w="5270"/>
      </w:tblGrid>
      <w:tr>
        <w:trPr>
          <w:trHeight w:val="539"/>
        </w:trPr>
        <w:tc>
          <w:tcPr>
            <w:tcW w:type="dxa" w:w="3515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Datum uzavření Smlouvy:</w:t>
            </w:r>
          </w:p>
        </w:tc>
        <w:tc>
          <w:tcPr>
            <w:tcW w:type="dxa" w:w="612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</w:p>
        </w:tc>
      </w:tr>
      <w:tr>
        <w:trPr>
          <w:trHeight w:val="539"/>
        </w:trPr>
        <w:tc>
          <w:tcPr>
            <w:tcW w:type="dxa" w:w="3515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Jméno a příjmení:</w:t>
            </w:r>
          </w:p>
        </w:tc>
        <w:tc>
          <w:tcPr>
            <w:tcW w:type="dxa" w:w="612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</w:p>
        </w:tc>
      </w:tr>
      <w:tr>
        <w:trPr>
          <w:trHeight w:val="539"/>
        </w:trPr>
        <w:tc>
          <w:tcPr>
            <w:tcW w:type="dxa" w:w="3515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Adresa:</w:t>
            </w:r>
          </w:p>
        </w:tc>
        <w:tc>
          <w:tcPr>
            <w:tcW w:type="dxa" w:w="612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</w:p>
        </w:tc>
      </w:tr>
      <w:tr>
        <w:trPr>
          <w:trHeight w:val="539"/>
        </w:trPr>
        <w:tc>
          <w:tcPr>
            <w:tcW w:type="dxa" w:w="3515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E-mailová adresa:</w:t>
            </w:r>
          </w:p>
        </w:tc>
        <w:tc>
          <w:tcPr>
            <w:tcW w:type="dxa" w:w="612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</w:p>
        </w:tc>
      </w:tr>
      <w:tr>
        <w:trPr>
          <w:trHeight w:val="539"/>
        </w:trPr>
        <w:tc>
          <w:tcPr>
            <w:tcW w:type="dxa" w:w="3515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Zboží, které je reklamováno:</w:t>
            </w:r>
          </w:p>
        </w:tc>
        <w:tc>
          <w:tcPr>
            <w:tcW w:type="dxa" w:w="612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</w:p>
        </w:tc>
      </w:tr>
      <w:tr>
        <w:trPr>
          <w:trHeight w:val="595"/>
        </w:trPr>
        <w:tc>
          <w:tcPr>
            <w:tcW w:type="dxa" w:w="3515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Popis vad Zboží:</w:t>
            </w:r>
          </w:p>
        </w:tc>
        <w:tc>
          <w:tcPr>
            <w:tcW w:type="dxa" w:w="612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</w:p>
        </w:tc>
      </w:tr>
      <w:tr>
        <w:trPr>
          <w:trHeight w:val="680"/>
        </w:trPr>
        <w:tc>
          <w:tcPr>
            <w:tcW w:type="dxa" w:w="3515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Navrhovaný způsob pro vyřízení reklamace:</w:t>
            </w:r>
          </w:p>
        </w:tc>
        <w:tc>
          <w:tcPr>
            <w:tcW w:type="dxa" w:w="612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</w:p>
        </w:tc>
      </w:tr>
    </w:tbl>
    <w:p>
      <w:pPr>
        <w:spacing w:after="180" w:line="240" w:lineRule="auto"/>
      </w:pPr>
      <w:r>
        <w:rPr>
          <w:rFonts w:ascii="Arial" w:hAnsi="Arial"/>
          <w:b w:val="0"/>
          <w:sz w:val="18"/>
        </w:rPr>
        <w:t>Zároveň žádám o vystavení potvrzení o uplatnění reklamace s uvedením, kdy jsem toto právo uplatnil, co je obsahem reklamace, jaký způsob vyřízení reklamace požaduji, spolu s uvedením mých kontaktních údajů pro účely poskytnutí informace o vyřízení reklamace.</w:t>
      </w:r>
    </w:p>
    <w:p>
      <w:pPr>
        <w:spacing w:after="200" w:line="240" w:lineRule="auto"/>
      </w:pPr>
      <w:r>
        <w:rPr>
          <w:rFonts w:ascii="Arial" w:hAnsi="Arial"/>
          <w:b w:val="0"/>
          <w:sz w:val="18"/>
        </w:rPr>
        <w:t>Datum:</w:t>
      </w:r>
    </w:p>
    <w:p>
      <w:pPr>
        <w:spacing w:after="0" w:line="240" w:lineRule="auto"/>
      </w:pPr>
      <w:r>
        <w:rPr>
          <w:rFonts w:ascii="Arial" w:hAnsi="Arial"/>
          <w:b w:val="0"/>
          <w:sz w:val="18"/>
        </w:rPr>
        <w:t>Podpis: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65" w:right="850" w:bottom="765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